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F6B9F" w14:textId="77777777" w:rsidR="00E23E0A" w:rsidRPr="00FE36B4" w:rsidRDefault="00EC11E9" w:rsidP="00FE36B4">
      <w:pPr>
        <w:pStyle w:val="Titolo1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  <w:lang w:val="it-IT"/>
        </w:rPr>
      </w:pPr>
      <w:r w:rsidRPr="00FE36B4">
        <w:rPr>
          <w:rFonts w:ascii="Arial" w:hAnsi="Arial" w:cs="Arial"/>
          <w:color w:val="auto"/>
          <w:sz w:val="24"/>
          <w:szCs w:val="24"/>
          <w:lang w:val="it-IT"/>
        </w:rPr>
        <w:t>ALLEGATO A</w:t>
      </w:r>
    </w:p>
    <w:p w14:paraId="69D08388" w14:textId="150B93AB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 xml:space="preserve">Avviso pubblico per la manifestazione di interesse per </w:t>
      </w:r>
      <w:r w:rsidR="007E4A9C" w:rsidRPr="00972F9A">
        <w:rPr>
          <w:rFonts w:ascii="Arial" w:hAnsi="Arial" w:cs="Arial"/>
          <w:sz w:val="24"/>
          <w:szCs w:val="24"/>
          <w:lang w:val="it-IT"/>
        </w:rPr>
        <w:t xml:space="preserve">l’affidamento in </w:t>
      </w:r>
      <w:r w:rsidR="007E4A9C">
        <w:rPr>
          <w:rFonts w:ascii="Arial" w:hAnsi="Arial" w:cs="Arial"/>
          <w:sz w:val="24"/>
          <w:szCs w:val="24"/>
          <w:lang w:val="it-IT"/>
        </w:rPr>
        <w:t>concessione</w:t>
      </w:r>
      <w:r w:rsidR="007E4A9C" w:rsidRPr="00972F9A">
        <w:rPr>
          <w:rFonts w:ascii="Arial" w:hAnsi="Arial" w:cs="Arial"/>
          <w:sz w:val="24"/>
          <w:szCs w:val="24"/>
          <w:lang w:val="it-IT"/>
        </w:rPr>
        <w:t xml:space="preserve"> dell’</w:t>
      </w:r>
      <w:r w:rsidR="007E4A9C">
        <w:rPr>
          <w:rFonts w:ascii="Arial" w:hAnsi="Arial" w:cs="Arial"/>
          <w:sz w:val="24"/>
          <w:szCs w:val="24"/>
          <w:lang w:val="it-IT"/>
        </w:rPr>
        <w:t>immobile</w:t>
      </w:r>
      <w:r w:rsidR="007E4A9C" w:rsidRPr="00972F9A">
        <w:rPr>
          <w:rFonts w:ascii="Arial" w:hAnsi="Arial" w:cs="Arial"/>
          <w:sz w:val="24"/>
          <w:szCs w:val="24"/>
          <w:lang w:val="it-IT"/>
        </w:rPr>
        <w:t xml:space="preserve"> comunale </w:t>
      </w:r>
      <w:r w:rsidR="007E4A9C">
        <w:rPr>
          <w:rFonts w:ascii="Arial" w:hAnsi="Arial" w:cs="Arial"/>
          <w:sz w:val="24"/>
          <w:szCs w:val="24"/>
          <w:lang w:val="it-IT"/>
        </w:rPr>
        <w:t>dell’Oasi naturalistica</w:t>
      </w:r>
      <w:r w:rsidR="007E4A9C" w:rsidRPr="00972F9A" w:rsidDel="001C0DFC">
        <w:rPr>
          <w:rFonts w:ascii="Arial" w:hAnsi="Arial" w:cs="Arial"/>
          <w:sz w:val="24"/>
          <w:szCs w:val="24"/>
          <w:lang w:val="it-IT"/>
        </w:rPr>
        <w:t xml:space="preserve"> </w:t>
      </w:r>
      <w:r w:rsidR="007E4A9C" w:rsidRPr="00972F9A">
        <w:rPr>
          <w:rFonts w:ascii="Arial" w:hAnsi="Arial" w:cs="Arial"/>
          <w:sz w:val="24"/>
          <w:szCs w:val="24"/>
          <w:lang w:val="it-IT"/>
        </w:rPr>
        <w:t>sito in Cerva (CZ)</w:t>
      </w:r>
      <w:r w:rsidR="007E4A9C">
        <w:rPr>
          <w:rFonts w:ascii="Arial" w:hAnsi="Arial" w:cs="Arial"/>
          <w:sz w:val="24"/>
          <w:szCs w:val="24"/>
          <w:lang w:val="it-IT"/>
        </w:rPr>
        <w:t xml:space="preserve"> </w:t>
      </w:r>
      <w:r w:rsidR="007E4A9C" w:rsidRPr="00972F9A">
        <w:rPr>
          <w:rFonts w:ascii="Arial" w:hAnsi="Arial" w:cs="Arial"/>
          <w:sz w:val="24"/>
          <w:szCs w:val="24"/>
          <w:lang w:val="it-IT"/>
        </w:rPr>
        <w:t xml:space="preserve">e del </w:t>
      </w:r>
      <w:proofErr w:type="spellStart"/>
      <w:r w:rsidR="007E4A9C" w:rsidRPr="00972F9A">
        <w:rPr>
          <w:rFonts w:ascii="Arial" w:hAnsi="Arial" w:cs="Arial"/>
          <w:sz w:val="24"/>
          <w:szCs w:val="24"/>
          <w:lang w:val="it-IT"/>
        </w:rPr>
        <w:t>Bikepark</w:t>
      </w:r>
      <w:proofErr w:type="spellEnd"/>
      <w:r w:rsidR="007E4A9C" w:rsidRPr="00972F9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7E4A9C" w:rsidRPr="00972F9A">
        <w:rPr>
          <w:rFonts w:ascii="Arial" w:hAnsi="Arial" w:cs="Arial"/>
          <w:sz w:val="24"/>
          <w:szCs w:val="24"/>
          <w:lang w:val="it-IT"/>
        </w:rPr>
        <w:t>Donaglie</w:t>
      </w:r>
      <w:proofErr w:type="spellEnd"/>
    </w:p>
    <w:p w14:paraId="488C5429" w14:textId="77777777" w:rsidR="00FE36B4" w:rsidRPr="00FE36B4" w:rsidRDefault="00FE36B4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14:paraId="7F52F143" w14:textId="4BB58DE6" w:rsidR="00E23E0A" w:rsidRPr="00FE36B4" w:rsidRDefault="00EC11E9" w:rsidP="00FE36B4">
      <w:pPr>
        <w:spacing w:after="0" w:line="240" w:lineRule="auto"/>
        <w:jc w:val="right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Al Comune di Cerva (CZ)</w:t>
      </w:r>
      <w:r w:rsidRPr="00FE36B4">
        <w:rPr>
          <w:rFonts w:ascii="Arial" w:hAnsi="Arial" w:cs="Arial"/>
          <w:sz w:val="24"/>
          <w:szCs w:val="24"/>
          <w:lang w:val="it-IT"/>
        </w:rPr>
        <w:br/>
      </w:r>
      <w:r w:rsidRPr="00FE36B4">
        <w:rPr>
          <w:rFonts w:ascii="Arial" w:hAnsi="Arial" w:cs="Arial"/>
          <w:sz w:val="24"/>
          <w:szCs w:val="24"/>
          <w:lang w:val="it-IT"/>
        </w:rPr>
        <w:t>Alla cortese attenzione del Responsabile del Procedimento</w:t>
      </w:r>
      <w:r w:rsidRPr="00FE36B4">
        <w:rPr>
          <w:rFonts w:ascii="Arial" w:hAnsi="Arial" w:cs="Arial"/>
          <w:sz w:val="24"/>
          <w:szCs w:val="24"/>
          <w:lang w:val="it-IT"/>
        </w:rPr>
        <w:br/>
        <w:t xml:space="preserve">PEC: </w:t>
      </w:r>
      <w:hyperlink r:id="rId6" w:history="1">
        <w:r w:rsidRPr="00640087">
          <w:rPr>
            <w:rStyle w:val="Collegamentoipertestuale"/>
            <w:rFonts w:ascii="Arial" w:hAnsi="Arial" w:cs="Arial"/>
            <w:sz w:val="24"/>
            <w:szCs w:val="24"/>
            <w:lang w:val="it-IT"/>
          </w:rPr>
          <w:t>protocollo.cerva@asmepec.it</w:t>
        </w:r>
      </w:hyperlink>
      <w:r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316C6227" w14:textId="77777777" w:rsidR="00FE36B4" w:rsidRPr="00FE36B4" w:rsidRDefault="00FE36B4" w:rsidP="00FE36B4">
      <w:pPr>
        <w:pStyle w:val="Titolo2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  <w:lang w:val="it-IT"/>
        </w:rPr>
      </w:pPr>
    </w:p>
    <w:p w14:paraId="7F9ED056" w14:textId="77777777" w:rsidR="00FE36B4" w:rsidRPr="00FE36B4" w:rsidRDefault="00FE36B4" w:rsidP="00FE36B4">
      <w:pPr>
        <w:pStyle w:val="Titolo2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  <w:lang w:val="it-IT"/>
        </w:rPr>
      </w:pPr>
    </w:p>
    <w:p w14:paraId="60F46212" w14:textId="7008A9DC" w:rsidR="00E23E0A" w:rsidRPr="007E4A9C" w:rsidRDefault="00EC11E9" w:rsidP="00FE36B4">
      <w:pPr>
        <w:pStyle w:val="Titolo2"/>
        <w:spacing w:before="0" w:line="240" w:lineRule="auto"/>
        <w:ind w:left="1560" w:hanging="1560"/>
        <w:jc w:val="both"/>
        <w:rPr>
          <w:rFonts w:ascii="Arial" w:hAnsi="Arial" w:cs="Arial"/>
          <w:b w:val="0"/>
          <w:bCs w:val="0"/>
          <w:color w:val="auto"/>
          <w:sz w:val="24"/>
          <w:szCs w:val="24"/>
          <w:lang w:val="it-IT"/>
        </w:rPr>
      </w:pPr>
      <w:r w:rsidRPr="007E4A9C">
        <w:rPr>
          <w:rFonts w:ascii="Arial" w:hAnsi="Arial" w:cs="Arial"/>
          <w:color w:val="auto"/>
          <w:sz w:val="24"/>
          <w:szCs w:val="24"/>
          <w:lang w:val="it-IT"/>
        </w:rPr>
        <w:t>OGGETTO:</w:t>
      </w:r>
      <w:r w:rsidR="00FE36B4" w:rsidRPr="007E4A9C">
        <w:rPr>
          <w:rFonts w:ascii="Arial" w:hAnsi="Arial" w:cs="Arial"/>
          <w:color w:val="auto"/>
          <w:sz w:val="24"/>
          <w:szCs w:val="24"/>
          <w:lang w:val="it-IT"/>
        </w:rPr>
        <w:t xml:space="preserve"> </w:t>
      </w:r>
      <w:r w:rsidR="00FE36B4" w:rsidRPr="007E4A9C">
        <w:rPr>
          <w:rFonts w:ascii="Arial" w:hAnsi="Arial" w:cs="Arial"/>
          <w:color w:val="auto"/>
          <w:sz w:val="24"/>
          <w:szCs w:val="24"/>
          <w:lang w:val="it-IT"/>
        </w:rPr>
        <w:tab/>
      </w:r>
      <w:r w:rsidRPr="00E51EA0">
        <w:rPr>
          <w:rFonts w:ascii="Arial" w:hAnsi="Arial" w:cs="Arial"/>
          <w:color w:val="auto"/>
          <w:sz w:val="24"/>
          <w:szCs w:val="24"/>
          <w:lang w:val="it-IT"/>
        </w:rPr>
        <w:t xml:space="preserve">Manifestazione di interesse per </w:t>
      </w:r>
      <w:r w:rsidR="00E51EA0" w:rsidRPr="00E51EA0">
        <w:rPr>
          <w:rFonts w:ascii="Arial" w:hAnsi="Arial" w:cs="Arial"/>
          <w:sz w:val="24"/>
          <w:szCs w:val="24"/>
          <w:lang w:val="it-IT"/>
        </w:rPr>
        <w:t xml:space="preserve">l’affidamento in concessione </w:t>
      </w:r>
      <w:r w:rsidR="007E4A9C" w:rsidRPr="00E51EA0">
        <w:rPr>
          <w:rFonts w:ascii="Arial" w:hAnsi="Arial" w:cs="Arial"/>
          <w:color w:val="auto"/>
          <w:sz w:val="24"/>
          <w:szCs w:val="24"/>
          <w:lang w:val="it-IT"/>
        </w:rPr>
        <w:t>dell’immobile comunale dell’Oasi naturalistica</w:t>
      </w:r>
      <w:r w:rsidR="007E4A9C" w:rsidRPr="00E51EA0" w:rsidDel="001C0DFC">
        <w:rPr>
          <w:rFonts w:ascii="Arial" w:hAnsi="Arial" w:cs="Arial"/>
          <w:color w:val="auto"/>
          <w:sz w:val="24"/>
          <w:szCs w:val="24"/>
          <w:lang w:val="it-IT"/>
        </w:rPr>
        <w:t xml:space="preserve"> </w:t>
      </w:r>
      <w:r w:rsidR="007E4A9C" w:rsidRPr="00E51EA0">
        <w:rPr>
          <w:rFonts w:ascii="Arial" w:hAnsi="Arial" w:cs="Arial"/>
          <w:color w:val="auto"/>
          <w:sz w:val="24"/>
          <w:szCs w:val="24"/>
          <w:lang w:val="it-IT"/>
        </w:rPr>
        <w:t xml:space="preserve">sito in Cerva (CZ) e del </w:t>
      </w:r>
      <w:proofErr w:type="spellStart"/>
      <w:r w:rsidR="007E4A9C" w:rsidRPr="00E51EA0">
        <w:rPr>
          <w:rFonts w:ascii="Arial" w:hAnsi="Arial" w:cs="Arial"/>
          <w:color w:val="auto"/>
          <w:sz w:val="24"/>
          <w:szCs w:val="24"/>
          <w:lang w:val="it-IT"/>
        </w:rPr>
        <w:t>Bikepark</w:t>
      </w:r>
      <w:proofErr w:type="spellEnd"/>
      <w:r w:rsidR="007E4A9C" w:rsidRPr="00E51EA0">
        <w:rPr>
          <w:rFonts w:ascii="Arial" w:hAnsi="Arial" w:cs="Arial"/>
          <w:color w:val="auto"/>
          <w:sz w:val="24"/>
          <w:szCs w:val="24"/>
          <w:lang w:val="it-IT"/>
        </w:rPr>
        <w:t xml:space="preserve"> </w:t>
      </w:r>
      <w:proofErr w:type="spellStart"/>
      <w:r w:rsidR="007E4A9C" w:rsidRPr="00E51EA0">
        <w:rPr>
          <w:rFonts w:ascii="Arial" w:hAnsi="Arial" w:cs="Arial"/>
          <w:color w:val="auto"/>
          <w:sz w:val="24"/>
          <w:szCs w:val="24"/>
          <w:lang w:val="it-IT"/>
        </w:rPr>
        <w:t>Donaglie</w:t>
      </w:r>
      <w:proofErr w:type="spellEnd"/>
    </w:p>
    <w:p w14:paraId="2A4B269C" w14:textId="77777777" w:rsidR="00FE36B4" w:rsidRPr="007E4A9C" w:rsidRDefault="00FE36B4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14:paraId="1E6D2376" w14:textId="77777777" w:rsidR="00FE36B4" w:rsidRDefault="00FE36B4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14:paraId="1A6342C7" w14:textId="43DD5E08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Il/la sottoscritto/a _____________________________ nato/a a ______________________ il ______________________ codice fiscale ______________________, in qualità di (legale rappresentante / titolare / procuratore) della ditta/società:</w:t>
      </w:r>
    </w:p>
    <w:p w14:paraId="4866B8E3" w14:textId="77777777" w:rsidR="00FE36B4" w:rsidRDefault="00FE36B4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14:paraId="6D0597E5" w14:textId="3A32C2C4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Denominazione: _____________________________</w:t>
      </w:r>
    </w:p>
    <w:p w14:paraId="0AA11099" w14:textId="77777777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Forma giuridica: _____________________________</w:t>
      </w:r>
    </w:p>
    <w:p w14:paraId="60068057" w14:textId="77777777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Sede legale: _____________________________</w:t>
      </w:r>
    </w:p>
    <w:p w14:paraId="747683BC" w14:textId="77777777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P. IVA / C.F.: _____________________________</w:t>
      </w:r>
    </w:p>
    <w:p w14:paraId="01A8C65A" w14:textId="77777777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Telefono / PEC: _____________________________</w:t>
      </w:r>
    </w:p>
    <w:p w14:paraId="289F8FED" w14:textId="77777777" w:rsidR="00FE36B4" w:rsidRPr="00FE36B4" w:rsidRDefault="00FE36B4" w:rsidP="00FE36B4">
      <w:pPr>
        <w:pStyle w:val="Titolo2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  <w:lang w:val="it-IT"/>
        </w:rPr>
      </w:pPr>
    </w:p>
    <w:p w14:paraId="42CE1255" w14:textId="25FE5214" w:rsidR="00E23E0A" w:rsidRPr="00FE36B4" w:rsidRDefault="00EC11E9" w:rsidP="00FE36B4">
      <w:pPr>
        <w:pStyle w:val="Titolo2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  <w:lang w:val="it-IT"/>
        </w:rPr>
      </w:pPr>
      <w:r w:rsidRPr="00FE36B4">
        <w:rPr>
          <w:rFonts w:ascii="Arial" w:hAnsi="Arial" w:cs="Arial"/>
          <w:color w:val="auto"/>
          <w:sz w:val="24"/>
          <w:szCs w:val="24"/>
          <w:lang w:val="it-IT"/>
        </w:rPr>
        <w:t>CHIEDE</w:t>
      </w:r>
    </w:p>
    <w:p w14:paraId="76A22416" w14:textId="32242A00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 xml:space="preserve">di essere ammesso/a a partecipare alla procedura di manifestazione di interesse per l’affidamento in gestione </w:t>
      </w:r>
      <w:r w:rsidR="007E4A9C" w:rsidRPr="007E4A9C">
        <w:rPr>
          <w:rFonts w:ascii="Arial" w:hAnsi="Arial" w:cs="Arial"/>
          <w:sz w:val="24"/>
          <w:szCs w:val="24"/>
          <w:lang w:val="it-IT"/>
        </w:rPr>
        <w:t>dell’immobile comunale dell’Oasi naturalistica</w:t>
      </w:r>
      <w:r w:rsidR="007E4A9C" w:rsidRPr="007E4A9C" w:rsidDel="001C0DFC">
        <w:rPr>
          <w:rFonts w:ascii="Arial" w:hAnsi="Arial" w:cs="Arial"/>
          <w:sz w:val="24"/>
          <w:szCs w:val="24"/>
          <w:lang w:val="it-IT"/>
        </w:rPr>
        <w:t xml:space="preserve"> </w:t>
      </w:r>
      <w:r w:rsidR="007E4A9C" w:rsidRPr="007E4A9C">
        <w:rPr>
          <w:rFonts w:ascii="Arial" w:hAnsi="Arial" w:cs="Arial"/>
          <w:sz w:val="24"/>
          <w:szCs w:val="24"/>
          <w:lang w:val="it-IT"/>
        </w:rPr>
        <w:t xml:space="preserve">sito in Cerva (CZ) e del </w:t>
      </w:r>
      <w:proofErr w:type="spellStart"/>
      <w:r w:rsidR="007E4A9C" w:rsidRPr="007E4A9C">
        <w:rPr>
          <w:rFonts w:ascii="Arial" w:hAnsi="Arial" w:cs="Arial"/>
          <w:sz w:val="24"/>
          <w:szCs w:val="24"/>
          <w:lang w:val="it-IT"/>
        </w:rPr>
        <w:t>Bikepark</w:t>
      </w:r>
      <w:proofErr w:type="spellEnd"/>
      <w:r w:rsidR="007E4A9C" w:rsidRPr="007E4A9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7E4A9C" w:rsidRPr="007E4A9C">
        <w:rPr>
          <w:rFonts w:ascii="Arial" w:hAnsi="Arial" w:cs="Arial"/>
          <w:sz w:val="24"/>
          <w:szCs w:val="24"/>
          <w:lang w:val="it-IT"/>
        </w:rPr>
        <w:t>Donaglie</w:t>
      </w:r>
      <w:proofErr w:type="spellEnd"/>
      <w:r w:rsidRPr="00FE36B4">
        <w:rPr>
          <w:rFonts w:ascii="Arial" w:hAnsi="Arial" w:cs="Arial"/>
          <w:sz w:val="24"/>
          <w:szCs w:val="24"/>
          <w:lang w:val="it-IT"/>
        </w:rPr>
        <w:t xml:space="preserve">, ai sensi dell’avviso pubblico </w:t>
      </w:r>
      <w:r w:rsidR="00FE36B4">
        <w:rPr>
          <w:rFonts w:ascii="Arial" w:hAnsi="Arial" w:cs="Arial"/>
          <w:sz w:val="24"/>
          <w:szCs w:val="24"/>
          <w:lang w:val="it-IT"/>
        </w:rPr>
        <w:t>pubblicato in data ____________</w:t>
      </w:r>
    </w:p>
    <w:p w14:paraId="0851A811" w14:textId="77777777" w:rsidR="00FE36B4" w:rsidRPr="00FE36B4" w:rsidRDefault="00FE36B4" w:rsidP="00FE36B4">
      <w:pPr>
        <w:pStyle w:val="Titolo2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  <w:lang w:val="it-IT"/>
        </w:rPr>
      </w:pPr>
    </w:p>
    <w:p w14:paraId="454F6A29" w14:textId="0C613597" w:rsidR="00E23E0A" w:rsidRPr="00FE36B4" w:rsidRDefault="00EC11E9" w:rsidP="00FE36B4">
      <w:pPr>
        <w:pStyle w:val="Titolo2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  <w:lang w:val="it-IT"/>
        </w:rPr>
      </w:pPr>
      <w:r w:rsidRPr="00FE36B4">
        <w:rPr>
          <w:rFonts w:ascii="Arial" w:hAnsi="Arial" w:cs="Arial"/>
          <w:color w:val="auto"/>
          <w:sz w:val="24"/>
          <w:szCs w:val="24"/>
          <w:lang w:val="it-IT"/>
        </w:rPr>
        <w:t>DICHIARA</w:t>
      </w:r>
    </w:p>
    <w:p w14:paraId="12A87EA3" w14:textId="77777777" w:rsidR="00E23E0A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ai sensi degli artt. 46 e 47 del D.P.R. 445/2000, sotto la propria responsabilità:</w:t>
      </w:r>
    </w:p>
    <w:p w14:paraId="72AA859D" w14:textId="77777777" w:rsidR="00FE36B4" w:rsidRPr="00FE36B4" w:rsidRDefault="00FE36B4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14:paraId="650F0197" w14:textId="77777777" w:rsidR="00E23E0A" w:rsidRPr="00FE36B4" w:rsidRDefault="00EC11E9" w:rsidP="00FE36B4">
      <w:pPr>
        <w:pStyle w:val="Titolo3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  <w:lang w:val="it-IT"/>
        </w:rPr>
      </w:pPr>
      <w:r w:rsidRPr="00FE36B4">
        <w:rPr>
          <w:rFonts w:ascii="Arial" w:hAnsi="Arial" w:cs="Arial"/>
          <w:color w:val="auto"/>
          <w:sz w:val="24"/>
          <w:szCs w:val="24"/>
          <w:lang w:val="it-IT"/>
        </w:rPr>
        <w:t>1. Requisiti generali (art. 94, D.Lgs. 36/2023)</w:t>
      </w:r>
    </w:p>
    <w:p w14:paraId="0BBCD78C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di non trovarsi in alcuna delle cause di esclusione di cui all’art. 94 del D.Lgs. 36/2023;</w:t>
      </w:r>
    </w:p>
    <w:p w14:paraId="66A5D998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di essere in regola con gli obblighi relativi al pagamento di imposte, tasse e contributi previdenziali;</w:t>
      </w:r>
    </w:p>
    <w:p w14:paraId="03997DDB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di non trovarsi in stato di fallimento, liquidazione coatta o altra procedura concorsuale;</w:t>
      </w:r>
    </w:p>
    <w:p w14:paraId="327DE1AC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di non aver commesso gravi illeciti professionali tali da rendere dubbia l’integrità o affidabilità;</w:t>
      </w:r>
    </w:p>
    <w:p w14:paraId="22475648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di non aver reso false dichiarazioni in precedenti procedure di gara.</w:t>
      </w:r>
    </w:p>
    <w:p w14:paraId="2EEC9943" w14:textId="77777777" w:rsidR="00FE36B4" w:rsidRPr="00FE36B4" w:rsidRDefault="00FE36B4" w:rsidP="00FE36B4">
      <w:pPr>
        <w:pStyle w:val="Puntoelenco"/>
        <w:numPr>
          <w:ilvl w:val="0"/>
          <w:numId w:val="0"/>
        </w:num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t-IT"/>
        </w:rPr>
      </w:pPr>
    </w:p>
    <w:p w14:paraId="25C5D6FC" w14:textId="77777777" w:rsidR="00E23E0A" w:rsidRPr="00FE36B4" w:rsidRDefault="00EC11E9" w:rsidP="00FE36B4">
      <w:pPr>
        <w:pStyle w:val="Titolo3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E36B4">
        <w:rPr>
          <w:rFonts w:ascii="Arial" w:hAnsi="Arial" w:cs="Arial"/>
          <w:color w:val="auto"/>
          <w:sz w:val="24"/>
          <w:szCs w:val="24"/>
        </w:rPr>
        <w:lastRenderedPageBreak/>
        <w:t>2. Requisiti speciali</w:t>
      </w:r>
    </w:p>
    <w:p w14:paraId="31D53852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aver gestito nel triennio 2019–2024 almeno un servizio analogo nel settore ricettivo, ristorativo o sportivo;</w:t>
      </w:r>
    </w:p>
    <w:p w14:paraId="5BDE7329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possedere un fatturato medio annuo, riferito ai migliori tre esercizi dell’ultimo quinquennio, non inferiore al valore stimato dell’appalto (€315.000,00);</w:t>
      </w:r>
    </w:p>
    <w:p w14:paraId="7FF4CFC5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disporre di capacità tecnico-professionale e organizzativa adeguata alla gestione integrata di una struttura turistico-sportiva;</w:t>
      </w:r>
    </w:p>
    <w:p w14:paraId="6DD3BDA3" w14:textId="77777777" w:rsidR="00E23E0A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essere disponibile a effettuare un sopralluogo tecnico dell’immobile e del Bikepark prima della presentazione dell’offerta economica.</w:t>
      </w:r>
    </w:p>
    <w:p w14:paraId="0AC33616" w14:textId="77777777" w:rsidR="00FE36B4" w:rsidRPr="00FE36B4" w:rsidRDefault="00FE36B4" w:rsidP="00FE36B4">
      <w:pPr>
        <w:pStyle w:val="Puntoelenco"/>
        <w:numPr>
          <w:ilvl w:val="0"/>
          <w:numId w:val="0"/>
        </w:num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t-IT"/>
        </w:rPr>
      </w:pPr>
    </w:p>
    <w:p w14:paraId="6F1F06D4" w14:textId="77777777" w:rsidR="00E23E0A" w:rsidRPr="00FE36B4" w:rsidRDefault="00EC11E9" w:rsidP="00FE36B4">
      <w:pPr>
        <w:pStyle w:val="Titolo3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E36B4">
        <w:rPr>
          <w:rFonts w:ascii="Arial" w:hAnsi="Arial" w:cs="Arial"/>
          <w:color w:val="auto"/>
          <w:sz w:val="24"/>
          <w:szCs w:val="24"/>
        </w:rPr>
        <w:t>3. Requisiti antimafia (D.Lgs. 159/2011)</w:t>
      </w:r>
    </w:p>
    <w:p w14:paraId="1455F385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di non essere destinatario di cause di decadenza, sospensione o divieto previste dall’art. 67 del D.Lgs. 159/2011;</w:t>
      </w:r>
    </w:p>
    <w:p w14:paraId="406BFC93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che nei propri confronti non sono state emesse misure di prevenzione personale o patrimoniale;</w:t>
      </w:r>
    </w:p>
    <w:p w14:paraId="09C56348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che non sussistono situazioni di controllo o collegamento con soggetti sottoposti a procedimenti o misure di prevenzione.</w:t>
      </w:r>
    </w:p>
    <w:p w14:paraId="7FAE08A1" w14:textId="77777777" w:rsidR="00FE36B4" w:rsidRPr="00FE36B4" w:rsidRDefault="00FE36B4" w:rsidP="00FE36B4">
      <w:pPr>
        <w:pStyle w:val="Puntoelenco"/>
        <w:numPr>
          <w:ilvl w:val="0"/>
          <w:numId w:val="0"/>
        </w:num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it-IT"/>
        </w:rPr>
      </w:pPr>
    </w:p>
    <w:p w14:paraId="747E6665" w14:textId="77777777" w:rsidR="00E23E0A" w:rsidRPr="00FE36B4" w:rsidRDefault="00EC11E9" w:rsidP="00FE36B4">
      <w:pPr>
        <w:pStyle w:val="Titolo3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E36B4">
        <w:rPr>
          <w:rFonts w:ascii="Arial" w:hAnsi="Arial" w:cs="Arial"/>
          <w:color w:val="auto"/>
          <w:sz w:val="24"/>
          <w:szCs w:val="24"/>
        </w:rPr>
        <w:t>4. Ulteriori dichiarazioni</w:t>
      </w:r>
    </w:p>
    <w:p w14:paraId="302B1519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di essere a conoscenza e di accettare integralmente le condizioni contenute nell’Avviso pubblico;</w:t>
      </w:r>
    </w:p>
    <w:p w14:paraId="7FD522D7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di impegnarsi, in caso di affidamento, a stipulare il contratto di gestione e ad avviare le attività nei tempi previsti;</w:t>
      </w:r>
    </w:p>
    <w:p w14:paraId="2EA68C3D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di autorizzare il Comune di Cerva al trattamento dei dati personali ai sensi del Regolamento (UE) 2016/679 (GDPR);</w:t>
      </w:r>
    </w:p>
    <w:p w14:paraId="465EDCFF" w14:textId="77777777" w:rsidR="00E23E0A" w:rsidRPr="00FE36B4" w:rsidRDefault="00EC11E9" w:rsidP="00FE36B4">
      <w:pPr>
        <w:pStyle w:val="Puntoelenco"/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di eleggere domicilio ai fini della procedura presso: indirizzo PEC _____________________________.</w:t>
      </w:r>
    </w:p>
    <w:p w14:paraId="5D50F647" w14:textId="77777777" w:rsidR="00FE36B4" w:rsidRPr="00FE36B4" w:rsidRDefault="00FE36B4" w:rsidP="00FE36B4">
      <w:pPr>
        <w:pStyle w:val="Titolo2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  <w:lang w:val="it-IT"/>
        </w:rPr>
      </w:pPr>
    </w:p>
    <w:p w14:paraId="0436BE58" w14:textId="77777777" w:rsidR="00FE36B4" w:rsidRPr="00FE36B4" w:rsidRDefault="00FE36B4" w:rsidP="00FE36B4">
      <w:pPr>
        <w:pStyle w:val="Titolo2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  <w:lang w:val="it-IT"/>
        </w:rPr>
      </w:pPr>
    </w:p>
    <w:p w14:paraId="4050FE80" w14:textId="0604E0F5" w:rsidR="00E23E0A" w:rsidRPr="00FE36B4" w:rsidRDefault="00EC11E9" w:rsidP="00FE36B4">
      <w:pPr>
        <w:pStyle w:val="Titolo2"/>
        <w:spacing w:before="0" w:line="240" w:lineRule="auto"/>
        <w:jc w:val="both"/>
        <w:rPr>
          <w:rFonts w:ascii="Arial" w:hAnsi="Arial" w:cs="Arial"/>
          <w:color w:val="auto"/>
          <w:sz w:val="24"/>
          <w:szCs w:val="24"/>
          <w:lang w:val="it-IT"/>
        </w:rPr>
      </w:pPr>
      <w:r w:rsidRPr="00FE36B4">
        <w:rPr>
          <w:rFonts w:ascii="Arial" w:hAnsi="Arial" w:cs="Arial"/>
          <w:color w:val="auto"/>
          <w:sz w:val="24"/>
          <w:szCs w:val="24"/>
          <w:lang w:val="it-IT"/>
        </w:rPr>
        <w:t>ALLEGATI</w:t>
      </w:r>
    </w:p>
    <w:p w14:paraId="7E40427F" w14:textId="77777777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1. Copia documento di identità del legale rappresentante;</w:t>
      </w:r>
    </w:p>
    <w:p w14:paraId="024405B7" w14:textId="77777777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2. Visura camerale aggiornata;</w:t>
      </w:r>
    </w:p>
    <w:p w14:paraId="069BEF76" w14:textId="77777777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3. Curriculum aziendale o elenco servizi analoghi svolti;</w:t>
      </w:r>
    </w:p>
    <w:p w14:paraId="273E3B44" w14:textId="77777777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4. Eventuale dichiarazione di RTI o consorzio (se applicabile);</w:t>
      </w:r>
    </w:p>
    <w:p w14:paraId="19746F6C" w14:textId="77777777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5. Eventuale documentazione integrativa richiesta dall’Avviso.</w:t>
      </w:r>
    </w:p>
    <w:p w14:paraId="22E330A8" w14:textId="77777777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br/>
        <w:t>Luogo e data: _______________________</w:t>
      </w:r>
    </w:p>
    <w:p w14:paraId="2685E009" w14:textId="77777777" w:rsidR="00FE36B4" w:rsidRDefault="00FE36B4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14:paraId="3E937E80" w14:textId="77777777" w:rsidR="00FE36B4" w:rsidRDefault="00FE36B4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14:paraId="00CE5186" w14:textId="78F087B7" w:rsidR="00E23E0A" w:rsidRPr="00FE36B4" w:rsidRDefault="00EC11E9" w:rsidP="00FE36B4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FE36B4">
        <w:rPr>
          <w:rFonts w:ascii="Arial" w:hAnsi="Arial" w:cs="Arial"/>
          <w:sz w:val="24"/>
          <w:szCs w:val="24"/>
          <w:lang w:val="it-IT"/>
        </w:rPr>
        <w:t>Firma digitale del legale rappresentante: _______________________</w:t>
      </w:r>
    </w:p>
    <w:sectPr w:rsidR="00E23E0A" w:rsidRPr="00FE36B4" w:rsidSect="00FE36B4">
      <w:pgSz w:w="12240" w:h="15840"/>
      <w:pgMar w:top="1440" w:right="1467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9387095">
    <w:abstractNumId w:val="8"/>
  </w:num>
  <w:num w:numId="2" w16cid:durableId="677193940">
    <w:abstractNumId w:val="6"/>
  </w:num>
  <w:num w:numId="3" w16cid:durableId="117114049">
    <w:abstractNumId w:val="5"/>
  </w:num>
  <w:num w:numId="4" w16cid:durableId="494297321">
    <w:abstractNumId w:val="4"/>
  </w:num>
  <w:num w:numId="5" w16cid:durableId="651102752">
    <w:abstractNumId w:val="7"/>
  </w:num>
  <w:num w:numId="6" w16cid:durableId="1806120423">
    <w:abstractNumId w:val="3"/>
  </w:num>
  <w:num w:numId="7" w16cid:durableId="831988661">
    <w:abstractNumId w:val="2"/>
  </w:num>
  <w:num w:numId="8" w16cid:durableId="1969971395">
    <w:abstractNumId w:val="1"/>
  </w:num>
  <w:num w:numId="9" w16cid:durableId="652102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B2321"/>
    <w:rsid w:val="007E4A9C"/>
    <w:rsid w:val="00AA1D8D"/>
    <w:rsid w:val="00B47730"/>
    <w:rsid w:val="00B66D1C"/>
    <w:rsid w:val="00C05845"/>
    <w:rsid w:val="00CB0664"/>
    <w:rsid w:val="00DE5903"/>
    <w:rsid w:val="00E23E0A"/>
    <w:rsid w:val="00E51EA0"/>
    <w:rsid w:val="00EC11E9"/>
    <w:rsid w:val="00FC693F"/>
    <w:rsid w:val="00FE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9CC075"/>
  <w14:defaultImageDpi w14:val="300"/>
  <w15:docId w15:val="{165CA6CF-A267-4F35-932F-7F2298039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llegamentoipertestuale">
    <w:name w:val="Hyperlink"/>
    <w:basedOn w:val="Carpredefinitoparagrafo"/>
    <w:uiPriority w:val="99"/>
    <w:unhideWhenUsed/>
    <w:rsid w:val="00EC11E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C11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tocollo.cerva@asmepec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Mario Rizzuti</cp:lastModifiedBy>
  <cp:revision>5</cp:revision>
  <dcterms:created xsi:type="dcterms:W3CDTF">2025-10-20T09:42:00Z</dcterms:created>
  <dcterms:modified xsi:type="dcterms:W3CDTF">2025-10-29T09:29:00Z</dcterms:modified>
  <cp:category/>
</cp:coreProperties>
</file>